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35E2" w14:textId="77777777" w:rsidR="00763593" w:rsidRDefault="007B0C85" w:rsidP="002760FF">
      <w:pPr>
        <w:pStyle w:val="Heading1"/>
      </w:pPr>
      <w:r>
        <w:t>Client Onboarding Form</w:t>
      </w:r>
    </w:p>
    <w:p w14:paraId="0360E982" w14:textId="77777777" w:rsidR="00763593" w:rsidRDefault="007B0C85">
      <w:pPr>
        <w:spacing w:after="60"/>
      </w:pPr>
      <w:r>
        <w:rPr>
          <w:b/>
          <w:color w:val="2476B5"/>
          <w:sz w:val="20"/>
        </w:rPr>
        <w:t>A simple, structured start to your Gate Main partnership.</w:t>
      </w:r>
    </w:p>
    <w:p w14:paraId="37EAE1DD" w14:textId="77777777" w:rsidR="00763593" w:rsidRDefault="007B0C85">
      <w:pPr>
        <w:spacing w:after="100"/>
      </w:pPr>
      <w:r>
        <w:t>Please complete the information below so we can configure your commercial profile, connection method and onboarding plan.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78"/>
        <w:gridCol w:w="1739"/>
        <w:gridCol w:w="1739"/>
        <w:gridCol w:w="3477"/>
        <w:gridCol w:w="11"/>
      </w:tblGrid>
      <w:tr w:rsidR="00763593" w14:paraId="57779177" w14:textId="77777777">
        <w:trPr>
          <w:jc w:val="center"/>
        </w:trPr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E7B99F" w14:textId="264D7727" w:rsidR="00763593" w:rsidRPr="00315601" w:rsidRDefault="00315601">
            <w:pPr>
              <w:jc w:val="center"/>
              <w:rPr>
                <w:sz w:val="22"/>
              </w:rPr>
            </w:pPr>
            <w:r w:rsidRPr="00315601">
              <w:rPr>
                <w:b/>
                <w:color w:val="17324D"/>
                <w:sz w:val="22"/>
              </w:rPr>
              <w:t>01 COMPANY</w:t>
            </w:r>
            <w:r w:rsidR="007B0C85" w:rsidRPr="00315601">
              <w:rPr>
                <w:b/>
                <w:color w:val="17324D"/>
                <w:sz w:val="22"/>
              </w:rPr>
              <w:t xml:space="preserve"> &amp; CONTACT</w:t>
            </w:r>
          </w:p>
        </w:tc>
        <w:tc>
          <w:tcPr>
            <w:tcW w:w="3485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C8D689" w14:textId="3E4B5873" w:rsidR="00763593" w:rsidRPr="00315601" w:rsidRDefault="00315601">
            <w:pPr>
              <w:jc w:val="center"/>
              <w:rPr>
                <w:sz w:val="22"/>
              </w:rPr>
            </w:pPr>
            <w:r w:rsidRPr="00315601">
              <w:rPr>
                <w:b/>
                <w:color w:val="17324D"/>
                <w:sz w:val="22"/>
              </w:rPr>
              <w:t>02 BUSINESS</w:t>
            </w:r>
            <w:r w:rsidR="007B0C85" w:rsidRPr="00315601">
              <w:rPr>
                <w:b/>
                <w:color w:val="17324D"/>
                <w:sz w:val="22"/>
              </w:rPr>
              <w:t xml:space="preserve"> &amp; CONNECTION</w:t>
            </w:r>
          </w:p>
        </w:tc>
        <w:tc>
          <w:tcPr>
            <w:tcW w:w="3485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DB3470" w14:textId="1D6FD6A6" w:rsidR="00763593" w:rsidRPr="00315601" w:rsidRDefault="00315601">
            <w:pPr>
              <w:jc w:val="center"/>
              <w:rPr>
                <w:sz w:val="22"/>
              </w:rPr>
            </w:pPr>
            <w:r w:rsidRPr="00315601">
              <w:rPr>
                <w:b/>
                <w:color w:val="17324D"/>
                <w:sz w:val="22"/>
              </w:rPr>
              <w:t>03 SETUP</w:t>
            </w:r>
            <w:r w:rsidR="007B0C85" w:rsidRPr="00315601">
              <w:rPr>
                <w:b/>
                <w:color w:val="17324D"/>
                <w:sz w:val="22"/>
              </w:rPr>
              <w:t xml:space="preserve"> &amp; ACTIVATION</w:t>
            </w:r>
          </w:p>
        </w:tc>
      </w:tr>
      <w:tr w:rsidR="00763593" w14:paraId="036711D8" w14:textId="77777777">
        <w:trPr>
          <w:gridAfter w:val="1"/>
          <w:wAfter w:w="11" w:type="dxa"/>
          <w:jc w:val="center"/>
        </w:trPr>
        <w:tc>
          <w:tcPr>
            <w:tcW w:w="5227" w:type="dxa"/>
            <w:gridSpan w:val="2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11467D6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227" w:type="dxa"/>
            <w:gridSpan w:val="2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6E03BE9" w14:textId="77777777" w:rsidR="00763593" w:rsidRDefault="007B0C85">
            <w:r>
              <w:rPr>
                <w:b/>
                <w:color w:val="FFFFFF"/>
                <w:sz w:val="20"/>
              </w:rPr>
              <w:t>Company Information</w:t>
            </w:r>
          </w:p>
        </w:tc>
      </w:tr>
    </w:tbl>
    <w:p w14:paraId="242447CA" w14:textId="77777777" w:rsidR="00763593" w:rsidRDefault="00763593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1"/>
        <w:gridCol w:w="5223"/>
      </w:tblGrid>
      <w:tr w:rsidR="00763593" w14:paraId="1AB27E41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E2CC54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Legal / Registered Company Name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C571FA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4A5933E3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A255F6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Commercial / Business Address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C889C0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3D3386C0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285A96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Company Website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282581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240BA699" w14:textId="77777777">
        <w:trPr>
          <w:jc w:val="center"/>
        </w:trPr>
        <w:tc>
          <w:tcPr>
            <w:tcW w:w="5227" w:type="dxa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CC55920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227" w:type="dxa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F9179D" w14:textId="77777777" w:rsidR="00763593" w:rsidRDefault="007B0C85">
            <w:r>
              <w:rPr>
                <w:b/>
                <w:color w:val="FFFFFF"/>
                <w:sz w:val="20"/>
              </w:rPr>
              <w:t>Authorized Contact</w:t>
            </w:r>
            <w:r>
              <w:rPr>
                <w:color w:val="DCE9F1"/>
                <w:sz w:val="14"/>
              </w:rPr>
              <w:br/>
              <w:t>Person authorized to sign the Collaboration Agreement</w:t>
            </w:r>
          </w:p>
        </w:tc>
      </w:tr>
    </w:tbl>
    <w:p w14:paraId="6E02F6C6" w14:textId="77777777" w:rsidR="00763593" w:rsidRDefault="00763593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3"/>
        <w:gridCol w:w="2608"/>
        <w:gridCol w:w="2613"/>
      </w:tblGrid>
      <w:tr w:rsidR="00763593" w14:paraId="50B7FDC1" w14:textId="77777777">
        <w:trPr>
          <w:jc w:val="center"/>
        </w:trPr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C1F6CE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Full Name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25ED76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13C3A6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Job Title / Position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45AAD9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6692B9D6" w14:textId="77777777">
        <w:trPr>
          <w:jc w:val="center"/>
        </w:trPr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8EB46C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Telephone Number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AC6EE0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264078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Email Address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84252C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641A22CE" w14:textId="77777777">
        <w:trPr>
          <w:jc w:val="center"/>
        </w:trPr>
        <w:tc>
          <w:tcPr>
            <w:tcW w:w="5227" w:type="dxa"/>
            <w:gridSpan w:val="2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5F03111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227" w:type="dxa"/>
            <w:gridSpan w:val="2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A97295A" w14:textId="77777777" w:rsidR="00763593" w:rsidRDefault="007B0C85">
            <w:r>
              <w:rPr>
                <w:b/>
                <w:color w:val="FFFFFF"/>
                <w:sz w:val="20"/>
              </w:rPr>
              <w:t>Business Profile</w:t>
            </w:r>
            <w:r>
              <w:rPr>
                <w:color w:val="DCE9F1"/>
                <w:sz w:val="14"/>
              </w:rPr>
              <w:br/>
              <w:t>Choose your role, business type and connection method</w:t>
            </w:r>
          </w:p>
        </w:tc>
      </w:tr>
    </w:tbl>
    <w:p w14:paraId="3DD3F086" w14:textId="33DEEF62" w:rsidR="00763593" w:rsidRDefault="00763593">
      <w:pPr>
        <w:spacing w:before="60" w:after="20"/>
      </w:pPr>
    </w:p>
    <w:p w14:paraId="1BC16E06" w14:textId="77777777" w:rsidR="00763593" w:rsidRDefault="007B0C85">
      <w:pPr>
        <w:spacing w:before="60" w:after="20"/>
      </w:pPr>
      <w:r>
        <w:rPr>
          <w:b/>
          <w:color w:val="2476B5"/>
          <w:sz w:val="18"/>
        </w:rPr>
        <w:t>Business type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763593" w14:paraId="12100501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6A6944D" w14:textId="66742B18" w:rsidR="00763593" w:rsidRDefault="007A7211">
            <w:pPr>
              <w:spacing w:after="0"/>
            </w:pPr>
            <w:r>
              <w:rPr>
                <w:sz w:val="15"/>
              </w:rPr>
              <w:t>☐ Bed</w:t>
            </w:r>
            <w:r w:rsidR="007B0C85">
              <w:rPr>
                <w:sz w:val="15"/>
              </w:rPr>
              <w:t xml:space="preserve"> Bank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9429B0" w14:textId="603D543E" w:rsidR="00763593" w:rsidRDefault="007A7211">
            <w:pPr>
              <w:spacing w:after="0"/>
            </w:pPr>
            <w:r>
              <w:rPr>
                <w:sz w:val="15"/>
              </w:rPr>
              <w:t>☐ Destination</w:t>
            </w:r>
            <w:r w:rsidR="007B0C85">
              <w:rPr>
                <w:sz w:val="15"/>
              </w:rPr>
              <w:t xml:space="preserve"> Management Company (DMC)</w:t>
            </w:r>
          </w:p>
        </w:tc>
      </w:tr>
      <w:tr w:rsidR="00763593" w14:paraId="0C0287BD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B9CB675" w14:textId="1E8AC182" w:rsidR="00763593" w:rsidRDefault="007A7211">
            <w:pPr>
              <w:spacing w:after="0"/>
            </w:pPr>
            <w:r>
              <w:rPr>
                <w:sz w:val="15"/>
              </w:rPr>
              <w:t>☐ Tour</w:t>
            </w:r>
            <w:r w:rsidR="007B0C85">
              <w:rPr>
                <w:sz w:val="15"/>
              </w:rPr>
              <w:t xml:space="preserve"> Operator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61057BC" w14:textId="677AE446" w:rsidR="00763593" w:rsidRDefault="007A7211">
            <w:pPr>
              <w:spacing w:after="0"/>
            </w:pPr>
            <w:r>
              <w:rPr>
                <w:sz w:val="15"/>
              </w:rPr>
              <w:t>☐ Online</w:t>
            </w:r>
            <w:r w:rsidR="007B0C85">
              <w:rPr>
                <w:sz w:val="15"/>
              </w:rPr>
              <w:t xml:space="preserve"> Travel Agency (OTA)</w:t>
            </w:r>
          </w:p>
        </w:tc>
      </w:tr>
      <w:tr w:rsidR="00763593" w14:paraId="35E8848C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1E193A" w14:textId="196A6DE5" w:rsidR="00763593" w:rsidRDefault="007A7211">
            <w:pPr>
              <w:spacing w:after="0"/>
            </w:pPr>
            <w:r>
              <w:rPr>
                <w:sz w:val="15"/>
              </w:rPr>
              <w:t>☐ Retail</w:t>
            </w:r>
            <w:r w:rsidR="007B0C85">
              <w:rPr>
                <w:sz w:val="15"/>
              </w:rPr>
              <w:t xml:space="preserve"> Travel Agency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5BAAF6C" w14:textId="07625438" w:rsidR="00763593" w:rsidRDefault="007A7211">
            <w:pPr>
              <w:spacing w:after="0"/>
            </w:pPr>
            <w:r>
              <w:rPr>
                <w:sz w:val="15"/>
              </w:rPr>
              <w:t>☐ Technology</w:t>
            </w:r>
            <w:r w:rsidR="007B0C85">
              <w:rPr>
                <w:sz w:val="15"/>
              </w:rPr>
              <w:t xml:space="preserve"> Provider / Tech House</w:t>
            </w:r>
          </w:p>
        </w:tc>
      </w:tr>
      <w:tr w:rsidR="00763593" w14:paraId="19B5C04E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431BF2F" w14:textId="18501974" w:rsidR="00763593" w:rsidRDefault="007A7211">
            <w:pPr>
              <w:spacing w:after="0"/>
            </w:pPr>
            <w:r>
              <w:rPr>
                <w:sz w:val="15"/>
              </w:rPr>
              <w:t>☐ Travel</w:t>
            </w:r>
            <w:r w:rsidR="007B0C85">
              <w:rPr>
                <w:sz w:val="15"/>
              </w:rPr>
              <w:t xml:space="preserve"> Agent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803D1F" w14:textId="49582595" w:rsidR="00763593" w:rsidRDefault="007A7211">
            <w:pPr>
              <w:spacing w:after="0"/>
            </w:pPr>
            <w:r>
              <w:rPr>
                <w:sz w:val="15"/>
              </w:rPr>
              <w:t>☐ Other</w:t>
            </w:r>
            <w:r w:rsidR="007B0C85">
              <w:rPr>
                <w:sz w:val="15"/>
              </w:rPr>
              <w:t>: __________________</w:t>
            </w:r>
          </w:p>
        </w:tc>
      </w:tr>
    </w:tbl>
    <w:p w14:paraId="6C9F357E" w14:textId="77777777" w:rsidR="00763593" w:rsidRDefault="007B0C85">
      <w:pPr>
        <w:spacing w:before="60" w:after="20"/>
      </w:pPr>
      <w:r>
        <w:rPr>
          <w:b/>
          <w:color w:val="2476B5"/>
          <w:sz w:val="18"/>
        </w:rPr>
        <w:t>Connection method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81"/>
        <w:gridCol w:w="3481"/>
        <w:gridCol w:w="3482"/>
      </w:tblGrid>
      <w:tr w:rsidR="00763593" w14:paraId="307C9A60" w14:textId="77777777">
        <w:trPr>
          <w:jc w:val="center"/>
        </w:trPr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D415B7" w14:textId="591FDD7B" w:rsidR="00763593" w:rsidRDefault="00665B6B">
            <w:pPr>
              <w:spacing w:after="0"/>
            </w:pPr>
            <w:r>
              <w:rPr>
                <w:sz w:val="15"/>
              </w:rPr>
              <w:t>☐ Web</w:t>
            </w:r>
            <w:r w:rsidR="007B0C85">
              <w:rPr>
                <w:sz w:val="15"/>
              </w:rPr>
              <w:t xml:space="preserve"> Access / Portal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D51D989" w14:textId="70577E3D" w:rsidR="00763593" w:rsidRDefault="00665B6B">
            <w:pPr>
              <w:spacing w:after="0"/>
            </w:pPr>
            <w:r>
              <w:rPr>
                <w:sz w:val="15"/>
              </w:rPr>
              <w:t>☐ API</w:t>
            </w:r>
            <w:r w:rsidR="007B0C85">
              <w:rPr>
                <w:sz w:val="15"/>
              </w:rPr>
              <w:t xml:space="preserve"> Connection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8131E42" w14:textId="75012B63" w:rsidR="00763593" w:rsidRDefault="00665B6B">
            <w:pPr>
              <w:spacing w:after="0"/>
            </w:pPr>
            <w:r>
              <w:rPr>
                <w:sz w:val="15"/>
              </w:rPr>
              <w:t>☐ Other</w:t>
            </w:r>
            <w:r w:rsidR="007B0C85">
              <w:rPr>
                <w:sz w:val="15"/>
              </w:rPr>
              <w:t>: __________________</w:t>
            </w:r>
          </w:p>
        </w:tc>
      </w:tr>
    </w:tbl>
    <w:p w14:paraId="373B2AE5" w14:textId="17572FD2" w:rsidR="00763593" w:rsidRDefault="007B0C85">
      <w:pPr>
        <w:spacing w:before="60" w:after="20"/>
      </w:pPr>
      <w:r>
        <w:rPr>
          <w:b/>
          <w:color w:val="2476B5"/>
          <w:sz w:val="18"/>
        </w:rPr>
        <w:t xml:space="preserve">If Buyer: </w:t>
      </w:r>
      <w:r w:rsidR="003C0ED2">
        <w:rPr>
          <w:b/>
          <w:color w:val="2476B5"/>
          <w:sz w:val="18"/>
        </w:rPr>
        <w:t>C</w:t>
      </w:r>
      <w:r>
        <w:rPr>
          <w:b/>
          <w:color w:val="2476B5"/>
          <w:sz w:val="18"/>
        </w:rPr>
        <w:t xml:space="preserve">urrent hotel / </w:t>
      </w:r>
      <w:r w:rsidR="003C0ED2">
        <w:rPr>
          <w:b/>
          <w:color w:val="2476B5"/>
          <w:sz w:val="18"/>
        </w:rPr>
        <w:t>T</w:t>
      </w:r>
      <w:r>
        <w:rPr>
          <w:b/>
          <w:color w:val="2476B5"/>
          <w:sz w:val="18"/>
        </w:rPr>
        <w:t>ravel suppliers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1"/>
        <w:gridCol w:w="5223"/>
      </w:tblGrid>
      <w:tr w:rsidR="00763593" w14:paraId="137522FC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E95ABF" w14:textId="4B9E2438" w:rsidR="00763593" w:rsidRDefault="00F27806">
            <w:pPr>
              <w:spacing w:after="0"/>
            </w:pPr>
            <w:r>
              <w:rPr>
                <w:sz w:val="15"/>
              </w:rPr>
              <w:t>☐ Expedia</w:t>
            </w:r>
            <w:r w:rsidR="007B0C85">
              <w:rPr>
                <w:sz w:val="15"/>
              </w:rPr>
              <w:t xml:space="preserve"> Partner Solutions (EPS)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A4B3D22" w14:textId="3F71A954" w:rsidR="00763593" w:rsidRDefault="00F27806">
            <w:pPr>
              <w:spacing w:after="0"/>
            </w:pPr>
            <w:r>
              <w:rPr>
                <w:sz w:val="15"/>
              </w:rPr>
              <w:t xml:space="preserve">☐ PMS </w:t>
            </w:r>
            <w:r w:rsidR="00AA7158">
              <w:rPr>
                <w:sz w:val="15"/>
              </w:rPr>
              <w:t>(…</w:t>
            </w:r>
            <w:r>
              <w:rPr>
                <w:sz w:val="15"/>
              </w:rPr>
              <w:t>…………………………………</w:t>
            </w:r>
            <w:r w:rsidR="00AA7158">
              <w:rPr>
                <w:sz w:val="15"/>
              </w:rPr>
              <w:t>…...</w:t>
            </w:r>
            <w:r>
              <w:rPr>
                <w:sz w:val="15"/>
              </w:rPr>
              <w:t>)</w:t>
            </w:r>
          </w:p>
        </w:tc>
      </w:tr>
      <w:tr w:rsidR="00763593" w14:paraId="4118A0A5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FCBEB07" w14:textId="2E89B560" w:rsidR="00763593" w:rsidRDefault="00F27806">
            <w:pPr>
              <w:spacing w:after="0"/>
            </w:pPr>
            <w:r>
              <w:rPr>
                <w:sz w:val="15"/>
              </w:rPr>
              <w:t>☐ Hotelbeds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0417FA" w14:textId="596748CA" w:rsidR="00763593" w:rsidRDefault="00F27806">
            <w:pPr>
              <w:spacing w:after="0"/>
            </w:pPr>
            <w:r>
              <w:rPr>
                <w:sz w:val="15"/>
              </w:rPr>
              <w:t>☐ CRS</w:t>
            </w:r>
            <w:r w:rsidR="00B518AF">
              <w:rPr>
                <w:sz w:val="15"/>
              </w:rPr>
              <w:t xml:space="preserve"> / GDS (</w:t>
            </w:r>
            <w:r>
              <w:rPr>
                <w:sz w:val="15"/>
              </w:rPr>
              <w:t>…………………</w:t>
            </w:r>
            <w:r w:rsidR="00B518AF">
              <w:rPr>
                <w:sz w:val="15"/>
              </w:rPr>
              <w:t>….</w:t>
            </w:r>
            <w:r>
              <w:rPr>
                <w:sz w:val="15"/>
              </w:rPr>
              <w:t>…………)</w:t>
            </w:r>
          </w:p>
        </w:tc>
      </w:tr>
      <w:tr w:rsidR="00763593" w14:paraId="653D9018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D7B713" w14:textId="38DF2BD5" w:rsidR="00763593" w:rsidRDefault="00F27806">
            <w:pPr>
              <w:spacing w:after="0"/>
            </w:pPr>
            <w:r>
              <w:rPr>
                <w:sz w:val="15"/>
              </w:rPr>
              <w:t>☐ GTA</w:t>
            </w:r>
            <w:r w:rsidR="007B0C85">
              <w:rPr>
                <w:sz w:val="15"/>
              </w:rPr>
              <w:t xml:space="preserve"> </w:t>
            </w:r>
            <w:r>
              <w:rPr>
                <w:sz w:val="15"/>
              </w:rPr>
              <w:t>Beds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974BA3" w14:textId="090C6BFA" w:rsidR="00763593" w:rsidRDefault="00F27806">
            <w:pPr>
              <w:spacing w:after="0"/>
            </w:pPr>
            <w:r>
              <w:rPr>
                <w:sz w:val="15"/>
              </w:rPr>
              <w:t>☐ Hotels</w:t>
            </w:r>
            <w:r w:rsidR="002760FF"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Statics </w:t>
            </w:r>
            <w:r w:rsidR="00AA7158">
              <w:rPr>
                <w:sz w:val="15"/>
              </w:rPr>
              <w:t>(…</w:t>
            </w:r>
            <w:r>
              <w:rPr>
                <w:sz w:val="15"/>
              </w:rPr>
              <w:t>……………………</w:t>
            </w:r>
            <w:r w:rsidR="00AA7158">
              <w:rPr>
                <w:sz w:val="15"/>
              </w:rPr>
              <w:t>…...</w:t>
            </w:r>
            <w:r>
              <w:rPr>
                <w:sz w:val="15"/>
              </w:rPr>
              <w:t>)</w:t>
            </w:r>
          </w:p>
        </w:tc>
      </w:tr>
      <w:tr w:rsidR="002760FF" w14:paraId="339EBCCE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FCF51AE" w14:textId="07F22F18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Dream Urlaub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7D43CB" w14:textId="1B88FAA7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IOL</w:t>
            </w:r>
          </w:p>
        </w:tc>
      </w:tr>
      <w:tr w:rsidR="002760FF" w14:paraId="488D2CE1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2B29B9C" w14:textId="51C5B38F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TBO Holidays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908901B" w14:textId="4877BE5E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ROI BOSS</w:t>
            </w:r>
          </w:p>
        </w:tc>
      </w:tr>
      <w:tr w:rsidR="002760FF" w14:paraId="4196D380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0CA501F" w14:textId="4916FC56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Go Global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707720" w14:textId="5129771F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 xml:space="preserve">☐ H Guest </w:t>
            </w:r>
          </w:p>
        </w:tc>
      </w:tr>
      <w:tr w:rsidR="002760FF" w14:paraId="3DAAD03B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FF62D8" w14:textId="0D2F3DEA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Escalabeds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87FE616" w14:textId="33DA02EA" w:rsidR="002760FF" w:rsidRDefault="00E667AE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ACCOR</w:t>
            </w:r>
          </w:p>
        </w:tc>
      </w:tr>
      <w:tr w:rsidR="002760FF" w14:paraId="4F9FEAE3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D8AE39B" w14:textId="24086381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Restel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44AAB71" w14:textId="23A66786" w:rsidR="002760FF" w:rsidRDefault="00005E5C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Aven</w:t>
            </w:r>
            <w:r w:rsidRPr="00005E5C">
              <w:rPr>
                <w:sz w:val="15"/>
              </w:rPr>
              <w:t>-</w:t>
            </w:r>
            <w:r>
              <w:rPr>
                <w:sz w:val="15"/>
              </w:rPr>
              <w:t>H</w:t>
            </w:r>
            <w:r w:rsidRPr="00005E5C">
              <w:rPr>
                <w:sz w:val="15"/>
              </w:rPr>
              <w:t>ospitality-</w:t>
            </w:r>
            <w:r w:rsidR="00656266">
              <w:rPr>
                <w:sz w:val="15"/>
              </w:rPr>
              <w:t>S</w:t>
            </w:r>
            <w:r w:rsidR="00656266" w:rsidRPr="00005E5C">
              <w:rPr>
                <w:sz w:val="15"/>
              </w:rPr>
              <w:t>ynXis</w:t>
            </w:r>
          </w:p>
        </w:tc>
      </w:tr>
      <w:tr w:rsidR="002760FF" w14:paraId="53A38757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4F6B2A" w14:textId="64DD05AE" w:rsidR="002760FF" w:rsidRDefault="00F2780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Smyrooms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FCF0299" w14:textId="5E831A02" w:rsidR="002760FF" w:rsidRDefault="00716F80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Derby Soft</w:t>
            </w:r>
          </w:p>
        </w:tc>
      </w:tr>
      <w:tr w:rsidR="002760FF" w14:paraId="19BF9B8C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60BE2BA" w14:textId="476AD274" w:rsidR="002760FF" w:rsidRDefault="00852BBB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Abreu</w:t>
            </w:r>
            <w:r w:rsidRPr="00852BBB">
              <w:rPr>
                <w:sz w:val="15"/>
              </w:rPr>
              <w:t xml:space="preserve"> Online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05E218" w14:textId="450C14BC" w:rsidR="002760FF" w:rsidRDefault="003663E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SiteMinder</w:t>
            </w:r>
          </w:p>
        </w:tc>
      </w:tr>
      <w:tr w:rsidR="002760FF" w14:paraId="47005EAE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E365AF3" w14:textId="3A66AC32" w:rsidR="002760FF" w:rsidRDefault="00852BBB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Emerging</w:t>
            </w:r>
            <w:r w:rsidRPr="00852BBB">
              <w:rPr>
                <w:sz w:val="15"/>
              </w:rPr>
              <w:t xml:space="preserve"> Travel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64BDA3F" w14:textId="1AC98564" w:rsidR="002760FF" w:rsidRDefault="00656266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Travel Click</w:t>
            </w:r>
          </w:p>
        </w:tc>
      </w:tr>
      <w:tr w:rsidR="002760FF" w14:paraId="0CA537DF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56559EC" w14:textId="04FD6840" w:rsidR="002760FF" w:rsidRDefault="00351A4B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Miki</w:t>
            </w:r>
            <w:r w:rsidRPr="00351A4B">
              <w:rPr>
                <w:sz w:val="15"/>
              </w:rPr>
              <w:t xml:space="preserve"> Travel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C379D95" w14:textId="317B8D98" w:rsidR="002760FF" w:rsidRDefault="00601748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Others</w:t>
            </w:r>
          </w:p>
        </w:tc>
      </w:tr>
      <w:tr w:rsidR="002760FF" w14:paraId="20091B7A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E54D0E1" w14:textId="22AA4D80" w:rsidR="002760FF" w:rsidRDefault="006A7322">
            <w:pPr>
              <w:spacing w:after="0"/>
              <w:rPr>
                <w:sz w:val="15"/>
              </w:rPr>
            </w:pPr>
            <w:r>
              <w:rPr>
                <w:sz w:val="15"/>
              </w:rPr>
              <w:t xml:space="preserve">☐ </w:t>
            </w:r>
            <w:r w:rsidR="00E334AE">
              <w:rPr>
                <w:sz w:val="15"/>
              </w:rPr>
              <w:t>Others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6DE0F98" w14:textId="390F6503" w:rsidR="002760FF" w:rsidRDefault="00601748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Others</w:t>
            </w:r>
          </w:p>
        </w:tc>
      </w:tr>
    </w:tbl>
    <w:p w14:paraId="05CDC76F" w14:textId="77777777" w:rsidR="00763593" w:rsidRDefault="007B0C85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763593" w14:paraId="196F1D93" w14:textId="77777777">
        <w:trPr>
          <w:jc w:val="center"/>
        </w:trPr>
        <w:tc>
          <w:tcPr>
            <w:tcW w:w="5227" w:type="dxa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2689137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4</w:t>
            </w:r>
          </w:p>
        </w:tc>
        <w:tc>
          <w:tcPr>
            <w:tcW w:w="5227" w:type="dxa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097C50B" w14:textId="55696409" w:rsidR="00763593" w:rsidRPr="002E49FD" w:rsidRDefault="007B0C85" w:rsidP="002E49FD">
            <w:pPr>
              <w:spacing w:before="60" w:after="20"/>
              <w:rPr>
                <w:b/>
                <w:color w:val="2476B5"/>
                <w:sz w:val="18"/>
                <w:lang w:val="en-GB"/>
              </w:rPr>
            </w:pPr>
            <w:r>
              <w:rPr>
                <w:b/>
                <w:color w:val="FFFFFF"/>
                <w:sz w:val="20"/>
              </w:rPr>
              <w:t>Collaboration &amp; Technology Services</w:t>
            </w:r>
            <w:r>
              <w:rPr>
                <w:color w:val="DCE9F1"/>
                <w:sz w:val="14"/>
              </w:rPr>
              <w:br/>
            </w:r>
            <w:r w:rsidR="002E49FD" w:rsidRPr="002E49FD">
              <w:rPr>
                <w:b/>
                <w:color w:val="FFFFFF" w:themeColor="background1"/>
                <w:sz w:val="18"/>
                <w:lang w:val="en-GB"/>
              </w:rPr>
              <w:t>Select all that apply to your business needs.</w:t>
            </w:r>
          </w:p>
        </w:tc>
      </w:tr>
    </w:tbl>
    <w:p w14:paraId="246FE130" w14:textId="77777777" w:rsidR="002E49FD" w:rsidRDefault="002E49FD">
      <w:pPr>
        <w:spacing w:before="60" w:after="20"/>
        <w:rPr>
          <w:b/>
          <w:color w:val="2476B5"/>
          <w:sz w:val="28"/>
          <w:szCs w:val="28"/>
          <w:lang w:val="en-GB"/>
        </w:rPr>
      </w:pPr>
    </w:p>
    <w:p w14:paraId="5889A99F" w14:textId="711DEF3D" w:rsidR="008836A3" w:rsidRDefault="002E49FD">
      <w:pPr>
        <w:spacing w:before="60" w:after="20"/>
        <w:rPr>
          <w:b/>
          <w:color w:val="2476B5"/>
          <w:sz w:val="28"/>
          <w:szCs w:val="28"/>
          <w:lang w:val="en-GB"/>
        </w:rPr>
      </w:pPr>
      <w:r w:rsidRPr="002E49FD">
        <w:rPr>
          <w:b/>
          <w:color w:val="2476B5"/>
          <w:sz w:val="28"/>
          <w:szCs w:val="28"/>
          <w:lang w:val="en-GB"/>
        </w:rPr>
        <w:t xml:space="preserve">What would you like to do via Gate Main? * </w:t>
      </w:r>
    </w:p>
    <w:p w14:paraId="7958DE20" w14:textId="17BCB76C" w:rsidR="002E49FD" w:rsidRPr="002E49FD" w:rsidRDefault="002E49FD">
      <w:pPr>
        <w:spacing w:before="60" w:after="20"/>
        <w:rPr>
          <w:b/>
          <w:color w:val="2476B5"/>
          <w:sz w:val="18"/>
          <w:lang w:val="en-GB"/>
        </w:rPr>
      </w:pPr>
      <w:r w:rsidRPr="002E49FD">
        <w:rPr>
          <w:b/>
          <w:color w:val="2476B5"/>
          <w:sz w:val="18"/>
          <w:lang w:val="en-GB"/>
        </w:rPr>
        <w:t>Select all that apply to your business needs.</w:t>
      </w:r>
    </w:p>
    <w:p w14:paraId="03F047BC" w14:textId="0E547142" w:rsidR="008836A3" w:rsidRPr="008836A3" w:rsidRDefault="007B0C85">
      <w:pPr>
        <w:spacing w:before="60" w:after="20"/>
        <w:rPr>
          <w:b/>
          <w:color w:val="2476B5"/>
          <w:sz w:val="18"/>
        </w:rPr>
      </w:pPr>
      <w:r>
        <w:rPr>
          <w:b/>
          <w:color w:val="2476B5"/>
          <w:sz w:val="18"/>
        </w:rPr>
        <w:t>Technology services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763593" w14:paraId="54E82137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8F0240" w14:textId="7C4A64C1" w:rsidR="00763593" w:rsidRDefault="00F00BC7">
            <w:pPr>
              <w:spacing w:after="0"/>
            </w:pPr>
            <w:r>
              <w:rPr>
                <w:sz w:val="15"/>
              </w:rPr>
              <w:t>☐ Booking</w:t>
            </w:r>
            <w:r w:rsidR="007B0C85">
              <w:rPr>
                <w:sz w:val="15"/>
              </w:rPr>
              <w:t xml:space="preserve"> Engine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0562C24" w14:textId="5F37A74C" w:rsidR="00763593" w:rsidRDefault="00F00BC7">
            <w:pPr>
              <w:spacing w:after="0"/>
            </w:pPr>
            <w:r>
              <w:rPr>
                <w:sz w:val="15"/>
              </w:rPr>
              <w:t>☐ DMC</w:t>
            </w:r>
            <w:r w:rsidR="007B0C85">
              <w:rPr>
                <w:sz w:val="15"/>
              </w:rPr>
              <w:t xml:space="preserve"> Booking Engine (Channel Gate X)</w:t>
            </w:r>
          </w:p>
        </w:tc>
      </w:tr>
      <w:tr w:rsidR="00763593" w14:paraId="152F84A5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84F2766" w14:textId="529B8DCE" w:rsidR="00763593" w:rsidRDefault="00F00BC7">
            <w:pPr>
              <w:spacing w:after="0"/>
            </w:pPr>
            <w:r>
              <w:rPr>
                <w:sz w:val="15"/>
              </w:rPr>
              <w:t>☐ White</w:t>
            </w:r>
            <w:r w:rsidR="007B0C85">
              <w:rPr>
                <w:sz w:val="15"/>
              </w:rPr>
              <w:t xml:space="preserve"> Label Travel Solution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FA76DE3" w14:textId="6704C42B" w:rsidR="00763593" w:rsidRDefault="00F00BC7">
            <w:pPr>
              <w:spacing w:after="0"/>
            </w:pPr>
            <w:r>
              <w:rPr>
                <w:sz w:val="15"/>
              </w:rPr>
              <w:t>☐ API</w:t>
            </w:r>
            <w:r w:rsidR="007B0C85">
              <w:rPr>
                <w:sz w:val="15"/>
              </w:rPr>
              <w:t xml:space="preserve"> Integration</w:t>
            </w:r>
          </w:p>
        </w:tc>
      </w:tr>
    </w:tbl>
    <w:p w14:paraId="7CDD3A5E" w14:textId="77777777" w:rsidR="008836A3" w:rsidRDefault="008836A3" w:rsidP="004850CB">
      <w:pPr>
        <w:spacing w:before="60" w:after="20"/>
        <w:rPr>
          <w:b/>
          <w:color w:val="2476B5"/>
          <w:sz w:val="18"/>
        </w:rPr>
      </w:pPr>
    </w:p>
    <w:p w14:paraId="271ABD50" w14:textId="0AF2254F" w:rsidR="004850CB" w:rsidRPr="00816087" w:rsidRDefault="004850CB" w:rsidP="004850CB">
      <w:pPr>
        <w:spacing w:before="60" w:after="20"/>
        <w:rPr>
          <w:sz w:val="15"/>
          <w:szCs w:val="15"/>
        </w:rPr>
      </w:pPr>
      <w:r>
        <w:rPr>
          <w:b/>
          <w:color w:val="2476B5"/>
          <w:sz w:val="18"/>
        </w:rPr>
        <w:t xml:space="preserve">Buyer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4850CB" w14:paraId="1DDE0A2F" w14:textId="77777777" w:rsidTr="00F838E2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DD5C4F" w14:textId="0F83C39D" w:rsidR="004850CB" w:rsidRPr="004850CB" w:rsidRDefault="004850CB" w:rsidP="00F838E2">
            <w:pPr>
              <w:spacing w:after="0"/>
            </w:pPr>
            <w:r w:rsidRPr="004850CB">
              <w:rPr>
                <w:rFonts w:ascii="Segoe UI Symbol" w:hAnsi="Segoe UI Symbol" w:cs="Segoe UI Symbol"/>
                <w:sz w:val="15"/>
              </w:rPr>
              <w:t>☐</w:t>
            </w:r>
            <w:r w:rsidRPr="004850CB">
              <w:rPr>
                <w:sz w:val="15"/>
              </w:rPr>
              <w:t xml:space="preserve"> </w:t>
            </w:r>
            <w:r>
              <w:rPr>
                <w:sz w:val="15"/>
              </w:rPr>
              <w:t xml:space="preserve">Access for Travel Agents 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2B3006" w14:textId="10EE8359" w:rsidR="004850CB" w:rsidRDefault="00F00BC7" w:rsidP="00F838E2">
            <w:pPr>
              <w:spacing w:after="0"/>
            </w:pPr>
            <w:r>
              <w:rPr>
                <w:sz w:val="15"/>
              </w:rPr>
              <w:t>☐ Bed bank</w:t>
            </w:r>
            <w:r w:rsidR="004850CB">
              <w:rPr>
                <w:sz w:val="15"/>
              </w:rPr>
              <w:t xml:space="preserve"> </w:t>
            </w:r>
          </w:p>
        </w:tc>
      </w:tr>
      <w:tr w:rsidR="004850CB" w14:paraId="4F9CDD4D" w14:textId="77777777" w:rsidTr="00F838E2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A3962CC" w14:textId="0281C0D0" w:rsidR="004850CB" w:rsidRDefault="00F00BC7" w:rsidP="00F838E2">
            <w:pPr>
              <w:spacing w:after="0"/>
            </w:pPr>
            <w:r>
              <w:rPr>
                <w:sz w:val="15"/>
              </w:rPr>
              <w:t>☐ OTA</w:t>
            </w:r>
            <w:r w:rsidR="004850CB">
              <w:rPr>
                <w:sz w:val="15"/>
              </w:rPr>
              <w:t xml:space="preserve"> and Wholesaler 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6900F04" w14:textId="79FE2640" w:rsidR="004850CB" w:rsidRDefault="00F00BC7" w:rsidP="00F838E2">
            <w:pPr>
              <w:spacing w:after="0"/>
            </w:pPr>
            <w:r>
              <w:rPr>
                <w:sz w:val="15"/>
              </w:rPr>
              <w:t>☐ Flight</w:t>
            </w:r>
            <w:r w:rsidR="004850CB">
              <w:rPr>
                <w:sz w:val="15"/>
              </w:rPr>
              <w:t xml:space="preserve"> Consolidator </w:t>
            </w:r>
          </w:p>
        </w:tc>
      </w:tr>
    </w:tbl>
    <w:p w14:paraId="36203075" w14:textId="77777777" w:rsidR="008836A3" w:rsidRDefault="008836A3" w:rsidP="004850CB">
      <w:pPr>
        <w:spacing w:before="60" w:after="20"/>
        <w:rPr>
          <w:b/>
          <w:color w:val="2476B5"/>
          <w:sz w:val="18"/>
        </w:rPr>
      </w:pPr>
    </w:p>
    <w:p w14:paraId="4FE2AC70" w14:textId="0BEFD605" w:rsidR="004850CB" w:rsidRPr="008836A3" w:rsidRDefault="004850CB" w:rsidP="004850CB">
      <w:pPr>
        <w:spacing w:before="60" w:after="20"/>
        <w:rPr>
          <w:sz w:val="15"/>
          <w:szCs w:val="15"/>
        </w:rPr>
      </w:pPr>
      <w:r>
        <w:rPr>
          <w:b/>
          <w:color w:val="2476B5"/>
          <w:sz w:val="18"/>
        </w:rPr>
        <w:t xml:space="preserve">Seller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4850CB" w14:paraId="1B8F8AA7" w14:textId="77777777" w:rsidTr="00F838E2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5FE19E2" w14:textId="2AA834BA" w:rsidR="004850CB" w:rsidRDefault="00FA743F" w:rsidP="00F838E2">
            <w:pPr>
              <w:spacing w:after="0"/>
            </w:pPr>
            <w:r>
              <w:rPr>
                <w:sz w:val="15"/>
              </w:rPr>
              <w:t>☐ Hotel</w:t>
            </w:r>
            <w:r w:rsidR="004D4D50">
              <w:rPr>
                <w:sz w:val="15"/>
              </w:rPr>
              <w:t xml:space="preserve"> Supplier 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33BABC" w14:textId="55DC96B5" w:rsidR="004850CB" w:rsidRDefault="00FA743F" w:rsidP="00F838E2">
            <w:pPr>
              <w:spacing w:after="0"/>
            </w:pPr>
            <w:r>
              <w:rPr>
                <w:sz w:val="15"/>
              </w:rPr>
              <w:t>☐ Transfer</w:t>
            </w:r>
            <w:r w:rsidR="004D4D50">
              <w:rPr>
                <w:sz w:val="15"/>
              </w:rPr>
              <w:t xml:space="preserve"> Supplier </w:t>
            </w:r>
          </w:p>
        </w:tc>
      </w:tr>
      <w:tr w:rsidR="004850CB" w14:paraId="460727DC" w14:textId="77777777" w:rsidTr="004D4D50">
        <w:trPr>
          <w:trHeight w:val="208"/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CC6DFAA" w14:textId="3D81E20A" w:rsidR="004850CB" w:rsidRDefault="00FA743F" w:rsidP="00F838E2">
            <w:pPr>
              <w:spacing w:after="0"/>
            </w:pPr>
            <w:r>
              <w:rPr>
                <w:sz w:val="15"/>
              </w:rPr>
              <w:t>☐ Flight</w:t>
            </w:r>
            <w:r w:rsidR="004D4D50">
              <w:rPr>
                <w:sz w:val="15"/>
              </w:rPr>
              <w:t xml:space="preserve"> Supplier 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47F6309" w14:textId="3AB95C22" w:rsidR="004D4D50" w:rsidRPr="004D4D50" w:rsidRDefault="00FA743F" w:rsidP="00F838E2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☐ Activity</w:t>
            </w:r>
            <w:r w:rsidR="004D4D50">
              <w:rPr>
                <w:sz w:val="15"/>
              </w:rPr>
              <w:t xml:space="preserve"> Supplier </w:t>
            </w:r>
          </w:p>
        </w:tc>
      </w:tr>
      <w:tr w:rsidR="004D4D50" w14:paraId="2B09E538" w14:textId="77777777" w:rsidTr="004D4D50">
        <w:trPr>
          <w:trHeight w:val="199"/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90922E2" w14:textId="576E51FC" w:rsidR="004D4D50" w:rsidRDefault="00FA743F" w:rsidP="00F838E2">
            <w:pPr>
              <w:spacing w:after="0"/>
              <w:rPr>
                <w:sz w:val="15"/>
              </w:rPr>
            </w:pPr>
            <w:r>
              <w:rPr>
                <w:rFonts w:ascii="Segoe UI Symbol" w:hAnsi="Segoe UI Symbol" w:cs="Segoe UI Symbol"/>
                <w:sz w:val="15"/>
              </w:rPr>
              <w:t>☐</w:t>
            </w:r>
            <w:r>
              <w:rPr>
                <w:sz w:val="15"/>
              </w:rPr>
              <w:t xml:space="preserve"> Car</w:t>
            </w:r>
            <w:r w:rsidR="004D4D50">
              <w:rPr>
                <w:sz w:val="15"/>
              </w:rPr>
              <w:t xml:space="preserve"> rental Supplier 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E8BFA31" w14:textId="20C4F45E" w:rsidR="004D4D50" w:rsidRPr="004D4D50" w:rsidRDefault="00FA743F" w:rsidP="00F838E2">
            <w:pPr>
              <w:spacing w:after="0"/>
              <w:rPr>
                <w:b/>
                <w:bCs/>
                <w:sz w:val="15"/>
              </w:rPr>
            </w:pPr>
            <w:r>
              <w:rPr>
                <w:rFonts w:ascii="Segoe UI Symbol" w:hAnsi="Segoe UI Symbol" w:cs="Segoe UI Symbol"/>
                <w:sz w:val="15"/>
              </w:rPr>
              <w:t>☐</w:t>
            </w:r>
            <w:r>
              <w:rPr>
                <w:sz w:val="15"/>
              </w:rPr>
              <w:t xml:space="preserve"> Cruises</w:t>
            </w:r>
            <w:r w:rsidR="004D4D50">
              <w:rPr>
                <w:sz w:val="15"/>
              </w:rPr>
              <w:t xml:space="preserve"> Supplier </w:t>
            </w:r>
          </w:p>
        </w:tc>
      </w:tr>
      <w:tr w:rsidR="004D4D50" w14:paraId="77AAFB6C" w14:textId="77777777" w:rsidTr="004D4D50">
        <w:trPr>
          <w:trHeight w:val="199"/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05D3C32" w14:textId="35A314EE" w:rsidR="004D4D50" w:rsidRDefault="00FA743F" w:rsidP="00F838E2">
            <w:pPr>
              <w:spacing w:after="0"/>
              <w:rPr>
                <w:rFonts w:ascii="Segoe UI Symbol" w:hAnsi="Segoe UI Symbol" w:cs="Segoe UI Symbol"/>
                <w:sz w:val="15"/>
              </w:rPr>
            </w:pPr>
            <w:r>
              <w:rPr>
                <w:rFonts w:ascii="Segoe UI Symbol" w:hAnsi="Segoe UI Symbol" w:cs="Segoe UI Symbol"/>
                <w:sz w:val="15"/>
              </w:rPr>
              <w:t>☐</w:t>
            </w:r>
            <w:r>
              <w:rPr>
                <w:sz w:val="15"/>
              </w:rPr>
              <w:t xml:space="preserve"> Ferry</w:t>
            </w:r>
            <w:r w:rsidR="004D4D50">
              <w:rPr>
                <w:sz w:val="15"/>
              </w:rPr>
              <w:t xml:space="preserve"> Supplier 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DB1B16" w14:textId="42B17F7C" w:rsidR="004D4D50" w:rsidRDefault="00FA743F" w:rsidP="00F838E2">
            <w:pPr>
              <w:spacing w:after="0"/>
              <w:rPr>
                <w:rFonts w:ascii="Segoe UI Symbol" w:hAnsi="Segoe UI Symbol" w:cs="Segoe UI Symbol"/>
                <w:sz w:val="15"/>
              </w:rPr>
            </w:pPr>
            <w:r>
              <w:rPr>
                <w:rFonts w:ascii="Segoe UI Symbol" w:hAnsi="Segoe UI Symbol" w:cs="Segoe UI Symbol"/>
                <w:sz w:val="15"/>
              </w:rPr>
              <w:t>☐</w:t>
            </w:r>
            <w:r>
              <w:rPr>
                <w:sz w:val="15"/>
              </w:rPr>
              <w:t xml:space="preserve"> Train</w:t>
            </w:r>
            <w:r w:rsidR="004D4D50">
              <w:rPr>
                <w:sz w:val="15"/>
              </w:rPr>
              <w:t xml:space="preserve"> Supplier </w:t>
            </w:r>
          </w:p>
        </w:tc>
      </w:tr>
    </w:tbl>
    <w:p w14:paraId="4A6EDC73" w14:textId="53BFA012" w:rsidR="00816087" w:rsidRDefault="00816087">
      <w:pPr>
        <w:spacing w:before="60" w:after="20"/>
        <w:rPr>
          <w:b/>
          <w:color w:val="2476B5"/>
          <w:sz w:val="18"/>
        </w:rPr>
      </w:pPr>
    </w:p>
    <w:p w14:paraId="0C2140A6" w14:textId="4E442A36" w:rsidR="004850CB" w:rsidRPr="00816087" w:rsidRDefault="004D4D50">
      <w:pPr>
        <w:spacing w:before="60" w:after="20"/>
        <w:rPr>
          <w:b/>
          <w:color w:val="2476B5"/>
          <w:sz w:val="18"/>
        </w:rPr>
      </w:pPr>
      <w:r>
        <w:rPr>
          <w:b/>
          <w:color w:val="2476B5"/>
          <w:sz w:val="18"/>
        </w:rPr>
        <w:t>Distribution/connectivity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763593" w14:paraId="01AAD710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9556FA8" w14:textId="38963A44" w:rsidR="00763593" w:rsidRDefault="00A67B6A">
            <w:pPr>
              <w:spacing w:after="0"/>
            </w:pPr>
            <w:r>
              <w:rPr>
                <w:sz w:val="15"/>
              </w:rPr>
              <w:t>☐ Gate</w:t>
            </w:r>
            <w:r w:rsidR="007B0C85">
              <w:rPr>
                <w:sz w:val="15"/>
              </w:rPr>
              <w:t xml:space="preserve"> Main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DA94438" w14:textId="74C2345B" w:rsidR="00763593" w:rsidRDefault="00A67B6A">
            <w:pPr>
              <w:spacing w:after="0"/>
            </w:pPr>
            <w:r>
              <w:rPr>
                <w:sz w:val="15"/>
              </w:rPr>
              <w:t>☐ Travelgate X</w:t>
            </w:r>
          </w:p>
        </w:tc>
      </w:tr>
      <w:tr w:rsidR="00763593" w14:paraId="128C5C1F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093591" w14:textId="5CA2CF3F" w:rsidR="00763593" w:rsidRDefault="00A67B6A">
            <w:pPr>
              <w:spacing w:after="0"/>
            </w:pPr>
            <w:r>
              <w:rPr>
                <w:sz w:val="15"/>
              </w:rPr>
              <w:t>☐ Juniper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658AA5D" w14:textId="60274BC2" w:rsidR="00763593" w:rsidRDefault="00A67B6A">
            <w:pPr>
              <w:spacing w:after="0"/>
            </w:pPr>
            <w:r>
              <w:rPr>
                <w:sz w:val="15"/>
              </w:rPr>
              <w:t>☐ Expedia</w:t>
            </w:r>
          </w:p>
        </w:tc>
      </w:tr>
      <w:tr w:rsidR="00763593" w14:paraId="69E2552B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DB6DCCA" w14:textId="4298A894" w:rsidR="00763593" w:rsidRDefault="00A67B6A">
            <w:pPr>
              <w:spacing w:after="0"/>
            </w:pPr>
            <w:r>
              <w:rPr>
                <w:sz w:val="15"/>
              </w:rPr>
              <w:t>☐ C</w:t>
            </w:r>
            <w:r w:rsidR="007B0C85">
              <w:rPr>
                <w:sz w:val="15"/>
              </w:rPr>
              <w:t xml:space="preserve"> Trip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B410ED1" w14:textId="6450CF05" w:rsidR="00763593" w:rsidRDefault="00A67B6A">
            <w:pPr>
              <w:spacing w:after="0"/>
            </w:pPr>
            <w:r>
              <w:rPr>
                <w:sz w:val="15"/>
              </w:rPr>
              <w:t>☐ Other</w:t>
            </w:r>
            <w:r w:rsidR="007B0C85">
              <w:rPr>
                <w:sz w:val="15"/>
              </w:rPr>
              <w:t>: __________________</w:t>
            </w:r>
          </w:p>
        </w:tc>
      </w:tr>
    </w:tbl>
    <w:p w14:paraId="0C8873B9" w14:textId="69CC448A" w:rsidR="004850CB" w:rsidRPr="004850CB" w:rsidRDefault="007B0C85">
      <w:pPr>
        <w:spacing w:before="60" w:after="20"/>
        <w:rPr>
          <w:b/>
          <w:color w:val="2476B5"/>
          <w:sz w:val="18"/>
        </w:rPr>
      </w:pPr>
      <w:r>
        <w:rPr>
          <w:b/>
          <w:color w:val="2476B5"/>
          <w:sz w:val="18"/>
        </w:rPr>
        <w:t>Marketing services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763593" w14:paraId="49BBC05C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9810571" w14:textId="47BC61C7" w:rsidR="00763593" w:rsidRDefault="00A67B6A">
            <w:pPr>
              <w:spacing w:after="0"/>
            </w:pPr>
            <w:r>
              <w:rPr>
                <w:sz w:val="15"/>
              </w:rPr>
              <w:t>☐ SEO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5BAC8F1" w14:textId="494B1D8E" w:rsidR="00763593" w:rsidRDefault="00A67B6A">
            <w:pPr>
              <w:spacing w:after="0"/>
            </w:pPr>
            <w:r>
              <w:rPr>
                <w:sz w:val="15"/>
              </w:rPr>
              <w:t>☐ GEO</w:t>
            </w:r>
            <w:r w:rsidR="007B0C85">
              <w:rPr>
                <w:sz w:val="15"/>
              </w:rPr>
              <w:t xml:space="preserve"> (Generative Engine Optimization)</w:t>
            </w:r>
          </w:p>
        </w:tc>
      </w:tr>
      <w:tr w:rsidR="00763593" w14:paraId="15F351C6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2CF5819" w14:textId="0ADACE74" w:rsidR="00763593" w:rsidRDefault="00A67B6A">
            <w:pPr>
              <w:spacing w:after="0"/>
            </w:pPr>
            <w:r>
              <w:rPr>
                <w:sz w:val="15"/>
              </w:rPr>
              <w:t>☐ Social</w:t>
            </w:r>
            <w:r w:rsidR="007B0C85">
              <w:rPr>
                <w:sz w:val="15"/>
              </w:rPr>
              <w:t xml:space="preserve"> Media Marketing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738648" w14:textId="214AEF1B" w:rsidR="00763593" w:rsidRDefault="00A67B6A">
            <w:pPr>
              <w:spacing w:after="0"/>
            </w:pPr>
            <w:r>
              <w:rPr>
                <w:sz w:val="15"/>
              </w:rPr>
              <w:t>☐ Email</w:t>
            </w:r>
            <w:r w:rsidR="007B0C85">
              <w:rPr>
                <w:sz w:val="15"/>
              </w:rPr>
              <w:t xml:space="preserve"> Marketing</w:t>
            </w:r>
          </w:p>
        </w:tc>
      </w:tr>
      <w:tr w:rsidR="00763593" w14:paraId="5B451CF9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294D5B3" w14:textId="7A17D843" w:rsidR="00763593" w:rsidRDefault="00A67B6A">
            <w:pPr>
              <w:spacing w:after="0"/>
            </w:pPr>
            <w:r>
              <w:rPr>
                <w:sz w:val="15"/>
              </w:rPr>
              <w:t>☐ Google</w:t>
            </w:r>
            <w:r w:rsidR="007B0C85">
              <w:rPr>
                <w:sz w:val="15"/>
              </w:rPr>
              <w:t xml:space="preserve"> Ads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2D6F36B" w14:textId="33650871" w:rsidR="00763593" w:rsidRDefault="00A67B6A">
            <w:pPr>
              <w:spacing w:after="0"/>
            </w:pPr>
            <w:r>
              <w:rPr>
                <w:sz w:val="15"/>
              </w:rPr>
              <w:t>☐ AI</w:t>
            </w:r>
            <w:r w:rsidR="007B0C85">
              <w:rPr>
                <w:sz w:val="15"/>
              </w:rPr>
              <w:t xml:space="preserve"> Recommendations</w:t>
            </w:r>
          </w:p>
        </w:tc>
      </w:tr>
      <w:tr w:rsidR="00763593" w14:paraId="40F62CFA" w14:textId="77777777">
        <w:trPr>
          <w:jc w:val="center"/>
        </w:trPr>
        <w:tc>
          <w:tcPr>
            <w:tcW w:w="5227" w:type="dxa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284918F" w14:textId="33BE223B" w:rsidR="00763593" w:rsidRPr="008836A3" w:rsidRDefault="008836A3" w:rsidP="008836A3">
            <w:pPr>
              <w:jc w:val="center"/>
              <w:rPr>
                <w:b/>
                <w:bCs/>
                <w:sz w:val="20"/>
                <w:szCs w:val="20"/>
              </w:rPr>
            </w:pPr>
            <w:r w:rsidRPr="008836A3"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5227" w:type="dxa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2D0D7DE" w14:textId="77777777" w:rsidR="00763593" w:rsidRDefault="007B0C85">
            <w:r>
              <w:rPr>
                <w:b/>
                <w:color w:val="FFFFFF"/>
                <w:sz w:val="20"/>
              </w:rPr>
              <w:t>Technical Contact</w:t>
            </w:r>
            <w:r>
              <w:rPr>
                <w:color w:val="DCE9F1"/>
                <w:sz w:val="14"/>
              </w:rPr>
              <w:br/>
              <w:t>Complete if you use an existing XML connection, Booking Engine or DMC system</w:t>
            </w:r>
          </w:p>
        </w:tc>
      </w:tr>
    </w:tbl>
    <w:p w14:paraId="3F2837AE" w14:textId="77777777" w:rsidR="00763593" w:rsidRDefault="00763593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2613"/>
        <w:gridCol w:w="2606"/>
        <w:gridCol w:w="2613"/>
        <w:gridCol w:w="7"/>
      </w:tblGrid>
      <w:tr w:rsidR="00763593" w14:paraId="41FBDBA9" w14:textId="77777777" w:rsidTr="00816087">
        <w:trPr>
          <w:gridAfter w:val="1"/>
          <w:wAfter w:w="7" w:type="dxa"/>
          <w:jc w:val="center"/>
        </w:trPr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ECE548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Developer Name</w:t>
            </w:r>
          </w:p>
        </w:tc>
        <w:tc>
          <w:tcPr>
            <w:tcW w:w="2614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24B12F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AE0A21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Developer Email</w:t>
            </w:r>
          </w:p>
        </w:tc>
        <w:tc>
          <w:tcPr>
            <w:tcW w:w="2614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C75459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781DCD6E" w14:textId="77777777" w:rsidTr="00816087">
        <w:trPr>
          <w:gridAfter w:val="1"/>
          <w:wAfter w:w="7" w:type="dxa"/>
          <w:jc w:val="center"/>
        </w:trPr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26A980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Developer Phone</w:t>
            </w:r>
          </w:p>
        </w:tc>
        <w:tc>
          <w:tcPr>
            <w:tcW w:w="2614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417BCD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373B52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IT Company Name</w:t>
            </w:r>
          </w:p>
        </w:tc>
        <w:tc>
          <w:tcPr>
            <w:tcW w:w="2614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EB7615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6BE5438D" w14:textId="77777777" w:rsidTr="00816087">
        <w:trPr>
          <w:jc w:val="center"/>
        </w:trPr>
        <w:tc>
          <w:tcPr>
            <w:tcW w:w="5227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A5EF1F1" w14:textId="109EDEBF" w:rsidR="00763593" w:rsidRPr="00D36B11" w:rsidRDefault="00D36B11">
            <w:pPr>
              <w:spacing w:after="0"/>
              <w:rPr>
                <w:sz w:val="20"/>
                <w:szCs w:val="20"/>
              </w:rPr>
            </w:pPr>
            <w:r w:rsidRPr="00D36B11">
              <w:rPr>
                <w:sz w:val="20"/>
                <w:szCs w:val="20"/>
              </w:rPr>
              <w:t>☐ In</w:t>
            </w:r>
            <w:r w:rsidR="007B0C85" w:rsidRPr="00D36B11">
              <w:rPr>
                <w:sz w:val="20"/>
                <w:szCs w:val="20"/>
              </w:rPr>
              <w:t>-house Team</w:t>
            </w:r>
          </w:p>
        </w:tc>
        <w:tc>
          <w:tcPr>
            <w:tcW w:w="5234" w:type="dxa"/>
            <w:gridSpan w:val="3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774837E" w14:textId="31CB1E34" w:rsidR="00763593" w:rsidRPr="00D36B11" w:rsidRDefault="00D36B11">
            <w:pPr>
              <w:spacing w:after="0"/>
              <w:rPr>
                <w:sz w:val="20"/>
                <w:szCs w:val="20"/>
              </w:rPr>
            </w:pPr>
            <w:r w:rsidRPr="00D36B11">
              <w:rPr>
                <w:sz w:val="20"/>
                <w:szCs w:val="20"/>
              </w:rPr>
              <w:t>☐ External</w:t>
            </w:r>
            <w:r w:rsidR="007B0C85" w:rsidRPr="00D36B11">
              <w:rPr>
                <w:sz w:val="20"/>
                <w:szCs w:val="20"/>
              </w:rPr>
              <w:t xml:space="preserve"> Technology Partner</w:t>
            </w:r>
          </w:p>
        </w:tc>
      </w:tr>
      <w:tr w:rsidR="00763593" w14:paraId="76B167C7" w14:textId="77777777">
        <w:trPr>
          <w:gridAfter w:val="1"/>
          <w:wAfter w:w="7" w:type="dxa"/>
          <w:jc w:val="center"/>
        </w:trPr>
        <w:tc>
          <w:tcPr>
            <w:tcW w:w="5227" w:type="dxa"/>
            <w:gridSpan w:val="2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55D5CB3" w14:textId="6B34790B" w:rsidR="00763593" w:rsidRPr="008836A3" w:rsidRDefault="008836A3" w:rsidP="008836A3">
            <w:pPr>
              <w:jc w:val="center"/>
              <w:rPr>
                <w:b/>
                <w:bCs/>
                <w:sz w:val="20"/>
                <w:szCs w:val="20"/>
              </w:rPr>
            </w:pPr>
            <w:r w:rsidRPr="008836A3"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227" w:type="dxa"/>
            <w:gridSpan w:val="2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9BA2F31" w14:textId="77777777" w:rsidR="00763593" w:rsidRDefault="007B0C85">
            <w:r>
              <w:rPr>
                <w:b/>
                <w:color w:val="FFFFFF"/>
                <w:sz w:val="20"/>
              </w:rPr>
              <w:t>Systems &amp; Integrations</w:t>
            </w:r>
          </w:p>
        </w:tc>
      </w:tr>
    </w:tbl>
    <w:p w14:paraId="0EE73C99" w14:textId="77777777" w:rsidR="00763593" w:rsidRDefault="00763593">
      <w:pPr>
        <w:spacing w:after="0"/>
      </w:pPr>
    </w:p>
    <w:p w14:paraId="580C846F" w14:textId="77777777" w:rsidR="00763593" w:rsidRDefault="007B0C85">
      <w:pPr>
        <w:spacing w:before="60" w:after="20"/>
      </w:pPr>
      <w:r>
        <w:rPr>
          <w:b/>
          <w:color w:val="2476B5"/>
          <w:sz w:val="18"/>
        </w:rPr>
        <w:t>Payment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613"/>
        <w:gridCol w:w="2606"/>
        <w:gridCol w:w="2612"/>
        <w:gridCol w:w="7"/>
      </w:tblGrid>
      <w:tr w:rsidR="00763593" w14:paraId="5FFDD43B" w14:textId="77777777">
        <w:trPr>
          <w:jc w:val="center"/>
        </w:trPr>
        <w:tc>
          <w:tcPr>
            <w:tcW w:w="5227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734181C5" w14:textId="2C8702E9" w:rsidR="00763593" w:rsidRDefault="00C3337C">
            <w:pPr>
              <w:spacing w:after="0"/>
            </w:pPr>
            <w:r>
              <w:rPr>
                <w:sz w:val="15"/>
              </w:rPr>
              <w:t>☐ Payment</w:t>
            </w:r>
            <w:r w:rsidR="007B0C85">
              <w:rPr>
                <w:sz w:val="15"/>
              </w:rPr>
              <w:t xml:space="preserve"> Provider </w:t>
            </w:r>
          </w:p>
        </w:tc>
        <w:tc>
          <w:tcPr>
            <w:tcW w:w="5227" w:type="dxa"/>
            <w:gridSpan w:val="3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31C4E8A" w14:textId="1A52AB32" w:rsidR="00763593" w:rsidRDefault="00452EF0">
            <w:pPr>
              <w:spacing w:after="0"/>
            </w:pPr>
            <w:r>
              <w:rPr>
                <w:sz w:val="15"/>
              </w:rPr>
              <w:t>☐ Payment</w:t>
            </w:r>
            <w:r w:rsidR="007B0C85">
              <w:rPr>
                <w:sz w:val="15"/>
              </w:rPr>
              <w:t xml:space="preserve"> Provider </w:t>
            </w:r>
          </w:p>
        </w:tc>
      </w:tr>
      <w:tr w:rsidR="00763593" w14:paraId="7F075F1A" w14:textId="77777777">
        <w:trPr>
          <w:jc w:val="center"/>
        </w:trPr>
        <w:tc>
          <w:tcPr>
            <w:tcW w:w="5227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27C3BBF1" w14:textId="261C4DA1" w:rsidR="00763593" w:rsidRDefault="00452EF0">
            <w:pPr>
              <w:spacing w:after="0"/>
            </w:pPr>
            <w:r>
              <w:rPr>
                <w:sz w:val="15"/>
              </w:rPr>
              <w:t>☐ VCC</w:t>
            </w:r>
            <w:r w:rsidR="007B0C85">
              <w:rPr>
                <w:sz w:val="15"/>
              </w:rPr>
              <w:t xml:space="preserve"> Provider</w:t>
            </w:r>
          </w:p>
        </w:tc>
        <w:tc>
          <w:tcPr>
            <w:tcW w:w="5227" w:type="dxa"/>
            <w:gridSpan w:val="3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B0DE498" w14:textId="484B602E" w:rsidR="00763593" w:rsidRDefault="00452EF0">
            <w:pPr>
              <w:spacing w:after="0"/>
            </w:pPr>
            <w:r>
              <w:rPr>
                <w:sz w:val="15"/>
              </w:rPr>
              <w:t>☐ VCC</w:t>
            </w:r>
            <w:r w:rsidR="007B0C85">
              <w:rPr>
                <w:sz w:val="15"/>
              </w:rPr>
              <w:t xml:space="preserve"> Provider</w:t>
            </w:r>
          </w:p>
        </w:tc>
      </w:tr>
      <w:tr w:rsidR="00763593" w14:paraId="76AE1481" w14:textId="77777777">
        <w:trPr>
          <w:gridAfter w:val="1"/>
          <w:wAfter w:w="7" w:type="dxa"/>
          <w:jc w:val="center"/>
        </w:trPr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D85803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Payment Provider (if applicable)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B556C2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CE515B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VCC Provider (if applicable)</w:t>
            </w:r>
          </w:p>
        </w:tc>
        <w:tc>
          <w:tcPr>
            <w:tcW w:w="2613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13D3B8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</w:tbl>
    <w:p w14:paraId="0F5590D4" w14:textId="77777777" w:rsidR="00763593" w:rsidRDefault="007B0C85">
      <w:pPr>
        <w:spacing w:before="60" w:after="20"/>
      </w:pPr>
      <w:r>
        <w:rPr>
          <w:b/>
          <w:color w:val="2476B5"/>
          <w:sz w:val="18"/>
        </w:rPr>
        <w:t>Existing integrations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763593" w14:paraId="7AED7484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0A1C126" w14:textId="0F8E5804" w:rsidR="00763593" w:rsidRDefault="00452EF0">
            <w:pPr>
              <w:spacing w:after="0"/>
            </w:pPr>
            <w:r>
              <w:rPr>
                <w:sz w:val="15"/>
              </w:rPr>
              <w:t>☐ Channel</w:t>
            </w:r>
            <w:r w:rsidR="007B0C85">
              <w:rPr>
                <w:sz w:val="15"/>
              </w:rPr>
              <w:t xml:space="preserve"> Manager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87BA81F" w14:textId="77FEB84B" w:rsidR="00763593" w:rsidRDefault="00452EF0">
            <w:pPr>
              <w:spacing w:after="0"/>
            </w:pPr>
            <w:r>
              <w:rPr>
                <w:sz w:val="15"/>
              </w:rPr>
              <w:t>☐ CRS</w:t>
            </w:r>
            <w:r w:rsidR="007B0C85">
              <w:rPr>
                <w:sz w:val="15"/>
              </w:rPr>
              <w:t xml:space="preserve"> (Central Reservation System)</w:t>
            </w:r>
          </w:p>
        </w:tc>
      </w:tr>
      <w:tr w:rsidR="00763593" w14:paraId="2EE33C91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029BE232" w14:textId="2FDBAFA5" w:rsidR="00763593" w:rsidRDefault="00452EF0">
            <w:pPr>
              <w:spacing w:after="0"/>
            </w:pPr>
            <w:r>
              <w:rPr>
                <w:sz w:val="15"/>
              </w:rPr>
              <w:t>☐ PMS</w:t>
            </w:r>
            <w:r w:rsidR="007B0C85">
              <w:rPr>
                <w:sz w:val="15"/>
              </w:rPr>
              <w:t xml:space="preserve"> (Property Management System)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1413D8E" w14:textId="15185FE5" w:rsidR="00763593" w:rsidRDefault="00452EF0">
            <w:pPr>
              <w:spacing w:after="0"/>
            </w:pPr>
            <w:r>
              <w:rPr>
                <w:sz w:val="15"/>
              </w:rPr>
              <w:t>☐ GDS</w:t>
            </w:r>
            <w:r w:rsidR="007B0C85">
              <w:rPr>
                <w:sz w:val="15"/>
              </w:rPr>
              <w:t xml:space="preserve"> (Global Distribution System)</w:t>
            </w:r>
          </w:p>
        </w:tc>
      </w:tr>
      <w:tr w:rsidR="00763593" w14:paraId="22E4DEA7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E975832" w14:textId="1EEE14A1" w:rsidR="00763593" w:rsidRDefault="00B518AF">
            <w:pPr>
              <w:spacing w:after="0"/>
            </w:pPr>
            <w:r>
              <w:rPr>
                <w:sz w:val="15"/>
              </w:rPr>
              <w:lastRenderedPageBreak/>
              <w:t>☐ NDC</w:t>
            </w:r>
            <w:r w:rsidR="007B0C85">
              <w:rPr>
                <w:sz w:val="15"/>
              </w:rPr>
              <w:t xml:space="preserve"> Airlines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6F1F67FA" w14:textId="23473437" w:rsidR="00763593" w:rsidRDefault="00B518AF">
            <w:pPr>
              <w:spacing w:after="0"/>
            </w:pPr>
            <w:r>
              <w:rPr>
                <w:sz w:val="15"/>
              </w:rPr>
              <w:t>☐ Airline</w:t>
            </w:r>
            <w:r w:rsidR="007B0C85">
              <w:rPr>
                <w:sz w:val="15"/>
              </w:rPr>
              <w:t xml:space="preserve"> Integrations</w:t>
            </w:r>
          </w:p>
        </w:tc>
      </w:tr>
      <w:tr w:rsidR="00763593" w14:paraId="304F1060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13E77D2" w14:textId="54F906C3" w:rsidR="00763593" w:rsidRDefault="00B518AF">
            <w:pPr>
              <w:spacing w:after="0"/>
            </w:pPr>
            <w:r>
              <w:rPr>
                <w:sz w:val="15"/>
              </w:rPr>
              <w:t>☐ Bed</w:t>
            </w:r>
            <w:r w:rsidR="007B0C85">
              <w:rPr>
                <w:sz w:val="15"/>
              </w:rPr>
              <w:t xml:space="preserve"> Bank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879440" w14:textId="0478755D" w:rsidR="00763593" w:rsidRDefault="00B518AF">
            <w:pPr>
              <w:spacing w:after="0"/>
            </w:pPr>
            <w:r>
              <w:rPr>
                <w:sz w:val="15"/>
              </w:rPr>
              <w:t>☐ Other</w:t>
            </w:r>
            <w:r w:rsidR="007B0C85">
              <w:rPr>
                <w:sz w:val="15"/>
              </w:rPr>
              <w:t>: __________________</w:t>
            </w:r>
          </w:p>
        </w:tc>
      </w:tr>
    </w:tbl>
    <w:p w14:paraId="64340465" w14:textId="16E44552" w:rsidR="00763593" w:rsidRDefault="0076359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763593" w14:paraId="15DEACAC" w14:textId="77777777">
        <w:trPr>
          <w:jc w:val="center"/>
        </w:trPr>
        <w:tc>
          <w:tcPr>
            <w:tcW w:w="5227" w:type="dxa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A998882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20"/>
              </w:rPr>
              <w:t>7</w:t>
            </w:r>
          </w:p>
        </w:tc>
        <w:tc>
          <w:tcPr>
            <w:tcW w:w="5227" w:type="dxa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F16B9B2" w14:textId="77777777" w:rsidR="00763593" w:rsidRDefault="007B0C85">
            <w:r>
              <w:rPr>
                <w:b/>
                <w:color w:val="FFFFFF"/>
                <w:sz w:val="20"/>
              </w:rPr>
              <w:t>Commercial Information</w:t>
            </w:r>
          </w:p>
        </w:tc>
      </w:tr>
    </w:tbl>
    <w:p w14:paraId="1A92EF25" w14:textId="77777777" w:rsidR="00763593" w:rsidRDefault="00763593">
      <w:pPr>
        <w:spacing w:after="0"/>
      </w:pPr>
    </w:p>
    <w:p w14:paraId="11ED1BD0" w14:textId="77777777" w:rsidR="00763593" w:rsidRDefault="007B0C85">
      <w:pPr>
        <w:spacing w:before="60" w:after="20"/>
      </w:pPr>
      <w:r>
        <w:rPr>
          <w:b/>
          <w:color w:val="2476B5"/>
          <w:sz w:val="18"/>
        </w:rPr>
        <w:t>Static hotel contracts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22"/>
        <w:gridCol w:w="5222"/>
      </w:tblGrid>
      <w:tr w:rsidR="00763593" w14:paraId="61D887F4" w14:textId="77777777">
        <w:trPr>
          <w:jc w:val="center"/>
        </w:trPr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5050A4F9" w14:textId="0D187FFF" w:rsidR="00763593" w:rsidRDefault="00B518AF">
            <w:pPr>
              <w:spacing w:after="0"/>
            </w:pPr>
            <w:r>
              <w:rPr>
                <w:sz w:val="15"/>
              </w:rPr>
              <w:t>☐ Yes</w:t>
            </w:r>
          </w:p>
        </w:tc>
        <w:tc>
          <w:tcPr>
            <w:tcW w:w="5227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0D5B6F4" w14:textId="7C86FE2B" w:rsidR="00763593" w:rsidRDefault="00B518AF">
            <w:pPr>
              <w:spacing w:after="0"/>
            </w:pPr>
            <w:r>
              <w:rPr>
                <w:sz w:val="15"/>
              </w:rPr>
              <w:t>☐ No</w:t>
            </w:r>
          </w:p>
        </w:tc>
      </w:tr>
    </w:tbl>
    <w:p w14:paraId="4AE48943" w14:textId="77777777" w:rsidR="00763593" w:rsidRDefault="007B0C85">
      <w:pPr>
        <w:spacing w:before="60" w:after="20"/>
      </w:pPr>
      <w:r>
        <w:rPr>
          <w:b/>
          <w:color w:val="2476B5"/>
          <w:sz w:val="18"/>
        </w:rPr>
        <w:t>Primary distribution model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76"/>
        <w:gridCol w:w="1738"/>
        <w:gridCol w:w="1741"/>
        <w:gridCol w:w="3478"/>
        <w:gridCol w:w="11"/>
      </w:tblGrid>
      <w:tr w:rsidR="00763593" w14:paraId="7ADACE87" w14:textId="77777777">
        <w:trPr>
          <w:jc w:val="center"/>
        </w:trPr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3C729F37" w14:textId="77777777" w:rsidR="00763593" w:rsidRDefault="007B0C85">
            <w:pPr>
              <w:spacing w:after="0"/>
            </w:pPr>
            <w:proofErr w:type="gramStart"/>
            <w:r>
              <w:rPr>
                <w:sz w:val="15"/>
              </w:rPr>
              <w:t>☐  B</w:t>
            </w:r>
            <w:proofErr w:type="gramEnd"/>
            <w:r>
              <w:rPr>
                <w:sz w:val="15"/>
              </w:rPr>
              <w:t>2B</w:t>
            </w:r>
          </w:p>
        </w:tc>
        <w:tc>
          <w:tcPr>
            <w:tcW w:w="3485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1452CC96" w14:textId="77777777" w:rsidR="00763593" w:rsidRDefault="007B0C85">
            <w:pPr>
              <w:spacing w:after="0"/>
            </w:pPr>
            <w:proofErr w:type="gramStart"/>
            <w:r>
              <w:rPr>
                <w:sz w:val="15"/>
              </w:rPr>
              <w:t>☐  B</w:t>
            </w:r>
            <w:proofErr w:type="gramEnd"/>
            <w:r>
              <w:rPr>
                <w:sz w:val="15"/>
              </w:rPr>
              <w:t>2C</w:t>
            </w:r>
          </w:p>
        </w:tc>
        <w:tc>
          <w:tcPr>
            <w:tcW w:w="3485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35" w:type="dxa"/>
              <w:left w:w="75" w:type="dxa"/>
              <w:bottom w:w="35" w:type="dxa"/>
              <w:right w:w="75" w:type="dxa"/>
            </w:tcMar>
          </w:tcPr>
          <w:p w14:paraId="477F5488" w14:textId="0693C1E5" w:rsidR="00763593" w:rsidRDefault="00B518AF">
            <w:pPr>
              <w:spacing w:after="0"/>
            </w:pPr>
            <w:r>
              <w:rPr>
                <w:sz w:val="15"/>
              </w:rPr>
              <w:t>☐ Both</w:t>
            </w:r>
          </w:p>
        </w:tc>
      </w:tr>
      <w:tr w:rsidR="00763593" w14:paraId="579ED8EF" w14:textId="77777777">
        <w:trPr>
          <w:gridAfter w:val="1"/>
          <w:wAfter w:w="6" w:type="dxa"/>
          <w:jc w:val="center"/>
        </w:trPr>
        <w:tc>
          <w:tcPr>
            <w:tcW w:w="5227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320B2D" w14:textId="77777777" w:rsidR="00763593" w:rsidRDefault="007B0C85">
            <w:pPr>
              <w:spacing w:after="0"/>
            </w:pPr>
            <w:r>
              <w:rPr>
                <w:b/>
                <w:sz w:val="15"/>
              </w:rPr>
              <w:t>Estimated Annual Turnover (EUR) — 2025</w:t>
            </w:r>
          </w:p>
        </w:tc>
        <w:tc>
          <w:tcPr>
            <w:tcW w:w="5227" w:type="dxa"/>
            <w:gridSpan w:val="2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E39A30" w14:textId="77777777" w:rsidR="00763593" w:rsidRDefault="007B0C85">
            <w:pPr>
              <w:spacing w:after="0"/>
            </w:pPr>
            <w:r>
              <w:rPr>
                <w:color w:val="6B7D8C"/>
                <w:sz w:val="15"/>
              </w:rPr>
              <w:t>________________________________</w:t>
            </w:r>
          </w:p>
        </w:tc>
      </w:tr>
      <w:tr w:rsidR="00763593" w14:paraId="1818B3A6" w14:textId="77777777">
        <w:trPr>
          <w:gridAfter w:val="1"/>
          <w:wAfter w:w="11" w:type="dxa"/>
          <w:jc w:val="center"/>
        </w:trPr>
        <w:tc>
          <w:tcPr>
            <w:tcW w:w="5227" w:type="dxa"/>
            <w:gridSpan w:val="2"/>
            <w:shd w:val="clear" w:color="auto" w:fill="2476B5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3F53D31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20"/>
              </w:rPr>
              <w:t>8</w:t>
            </w:r>
          </w:p>
        </w:tc>
        <w:tc>
          <w:tcPr>
            <w:tcW w:w="5227" w:type="dxa"/>
            <w:gridSpan w:val="2"/>
            <w:shd w:val="clear" w:color="auto" w:fill="17324D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23937A5" w14:textId="77777777" w:rsidR="00763593" w:rsidRDefault="007B0C85">
            <w:r>
              <w:rPr>
                <w:b/>
                <w:color w:val="FFFFFF"/>
                <w:sz w:val="20"/>
              </w:rPr>
              <w:t>Activation Meeting</w:t>
            </w:r>
            <w:r>
              <w:rPr>
                <w:color w:val="DCE9F1"/>
                <w:sz w:val="14"/>
              </w:rPr>
              <w:br/>
              <w:t>Please suggest three preferred dates and times for an online meeting</w:t>
            </w:r>
          </w:p>
        </w:tc>
      </w:tr>
    </w:tbl>
    <w:p w14:paraId="06B0A0C7" w14:textId="77777777" w:rsidR="00763593" w:rsidRDefault="00763593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84"/>
        <w:gridCol w:w="3485"/>
        <w:gridCol w:w="3485"/>
      </w:tblGrid>
      <w:tr w:rsidR="00763593" w14:paraId="340C7180" w14:textId="77777777">
        <w:trPr>
          <w:jc w:val="center"/>
        </w:trPr>
        <w:tc>
          <w:tcPr>
            <w:tcW w:w="3485" w:type="dxa"/>
            <w:shd w:val="clear" w:color="auto" w:fill="17324D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4114B1FB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15"/>
              </w:rPr>
              <w:t>OPTION</w:t>
            </w:r>
          </w:p>
        </w:tc>
        <w:tc>
          <w:tcPr>
            <w:tcW w:w="3485" w:type="dxa"/>
            <w:shd w:val="clear" w:color="auto" w:fill="17324D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51FCD328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15"/>
              </w:rPr>
              <w:t>PREFERRED DATE</w:t>
            </w:r>
          </w:p>
        </w:tc>
        <w:tc>
          <w:tcPr>
            <w:tcW w:w="3485" w:type="dxa"/>
            <w:shd w:val="clear" w:color="auto" w:fill="17324D"/>
            <w:tcMar>
              <w:top w:w="60" w:type="dxa"/>
              <w:left w:w="75" w:type="dxa"/>
              <w:bottom w:w="60" w:type="dxa"/>
              <w:right w:w="75" w:type="dxa"/>
            </w:tcMar>
          </w:tcPr>
          <w:p w14:paraId="6B3D91BA" w14:textId="77777777" w:rsidR="00763593" w:rsidRDefault="007B0C85">
            <w:pPr>
              <w:jc w:val="center"/>
            </w:pPr>
            <w:r>
              <w:rPr>
                <w:b/>
                <w:color w:val="FFFFFF"/>
                <w:sz w:val="15"/>
              </w:rPr>
              <w:t>PREFERRED TIME</w:t>
            </w:r>
          </w:p>
        </w:tc>
      </w:tr>
      <w:tr w:rsidR="00763593" w14:paraId="4D90FC3C" w14:textId="77777777">
        <w:trPr>
          <w:jc w:val="center"/>
        </w:trPr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C6B08C0" w14:textId="77777777" w:rsidR="00763593" w:rsidRDefault="007B0C85">
            <w:pPr>
              <w:jc w:val="center"/>
            </w:pPr>
            <w:r>
              <w:rPr>
                <w:b/>
                <w:sz w:val="15"/>
              </w:rPr>
              <w:t>Option 1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13B9202" w14:textId="77777777" w:rsidR="00763593" w:rsidRDefault="007B0C85">
            <w:pPr>
              <w:jc w:val="center"/>
            </w:pPr>
            <w:r>
              <w:rPr>
                <w:sz w:val="15"/>
              </w:rPr>
              <w:t>________________________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5D0B8D" w14:textId="77777777" w:rsidR="00763593" w:rsidRDefault="007B0C85">
            <w:pPr>
              <w:jc w:val="center"/>
            </w:pPr>
            <w:r>
              <w:rPr>
                <w:sz w:val="15"/>
              </w:rPr>
              <w:t>________________</w:t>
            </w:r>
          </w:p>
        </w:tc>
      </w:tr>
      <w:tr w:rsidR="00763593" w14:paraId="52854B76" w14:textId="77777777">
        <w:trPr>
          <w:jc w:val="center"/>
        </w:trPr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E2965BC" w14:textId="77777777" w:rsidR="00763593" w:rsidRDefault="007B0C85">
            <w:pPr>
              <w:jc w:val="center"/>
            </w:pPr>
            <w:r>
              <w:rPr>
                <w:b/>
                <w:sz w:val="15"/>
              </w:rPr>
              <w:t>Option 2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30B244" w14:textId="77777777" w:rsidR="00763593" w:rsidRDefault="007B0C85">
            <w:pPr>
              <w:jc w:val="center"/>
            </w:pPr>
            <w:r>
              <w:rPr>
                <w:sz w:val="15"/>
              </w:rPr>
              <w:t>________________________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33B3CB" w14:textId="77777777" w:rsidR="00763593" w:rsidRDefault="007B0C85">
            <w:pPr>
              <w:jc w:val="center"/>
            </w:pPr>
            <w:r>
              <w:rPr>
                <w:sz w:val="15"/>
              </w:rPr>
              <w:t>________________</w:t>
            </w:r>
          </w:p>
        </w:tc>
      </w:tr>
      <w:tr w:rsidR="00763593" w14:paraId="2B4B90A0" w14:textId="77777777">
        <w:trPr>
          <w:jc w:val="center"/>
        </w:trPr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EEF5F9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EACCA1A" w14:textId="77777777" w:rsidR="00763593" w:rsidRDefault="007B0C85">
            <w:pPr>
              <w:jc w:val="center"/>
            </w:pPr>
            <w:r>
              <w:rPr>
                <w:b/>
                <w:sz w:val="15"/>
              </w:rPr>
              <w:t>Option 3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D2384A" w14:textId="77777777" w:rsidR="00763593" w:rsidRDefault="007B0C85">
            <w:pPr>
              <w:jc w:val="center"/>
            </w:pPr>
            <w:r>
              <w:rPr>
                <w:sz w:val="15"/>
              </w:rPr>
              <w:t>________________________</w:t>
            </w:r>
          </w:p>
        </w:tc>
        <w:tc>
          <w:tcPr>
            <w:tcW w:w="3485" w:type="dxa"/>
            <w:tcBorders>
              <w:top w:val="single" w:sz="4" w:space="0" w:color="D6E4EC"/>
              <w:left w:val="single" w:sz="4" w:space="0" w:color="D6E4EC"/>
              <w:bottom w:val="single" w:sz="4" w:space="0" w:color="D6E4EC"/>
              <w:right w:val="single" w:sz="4" w:space="0" w:color="D6E4EC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C6377E" w14:textId="77777777" w:rsidR="00763593" w:rsidRDefault="007B0C85">
            <w:pPr>
              <w:jc w:val="center"/>
            </w:pPr>
            <w:r>
              <w:rPr>
                <w:sz w:val="15"/>
              </w:rPr>
              <w:t>________________</w:t>
            </w:r>
          </w:p>
        </w:tc>
      </w:tr>
    </w:tbl>
    <w:p w14:paraId="0CF81847" w14:textId="77777777" w:rsidR="00763593" w:rsidRDefault="007B0C85">
      <w:r>
        <w:rPr>
          <w:i/>
          <w:color w:val="6B7D8C"/>
          <w:sz w:val="15"/>
        </w:rPr>
        <w:t>Gate Main will confirm the most suitable option.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42"/>
      </w:tblGrid>
      <w:tr w:rsidR="00763593" w14:paraId="25BECECA" w14:textId="77777777">
        <w:tc>
          <w:tcPr>
            <w:tcW w:w="10454" w:type="dxa"/>
            <w:tcBorders>
              <w:top w:val="single" w:sz="5" w:space="0" w:color="2C9AB7"/>
              <w:left w:val="single" w:sz="5" w:space="0" w:color="2C9AB7"/>
              <w:bottom w:val="single" w:sz="5" w:space="0" w:color="2C9AB7"/>
              <w:right w:val="single" w:sz="5" w:space="0" w:color="2C9AB7"/>
            </w:tcBorders>
            <w:shd w:val="clear" w:color="auto" w:fill="EEF5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C82094" w14:textId="77777777" w:rsidR="00763593" w:rsidRDefault="007B0C85">
            <w:r>
              <w:rPr>
                <w:b/>
                <w:color w:val="2C9AB7"/>
                <w:sz w:val="16"/>
              </w:rPr>
              <w:t>NEXT STEP</w:t>
            </w:r>
          </w:p>
          <w:p w14:paraId="2C969DDE" w14:textId="77777777" w:rsidR="00763593" w:rsidRDefault="007B0C85">
            <w:r>
              <w:rPr>
                <w:b/>
                <w:color w:val="17324D"/>
                <w:sz w:val="20"/>
              </w:rPr>
              <w:t>Thank you for completing your onboarding profile.</w:t>
            </w:r>
          </w:p>
          <w:p w14:paraId="293307CB" w14:textId="77777777" w:rsidR="00763593" w:rsidRDefault="007B0C85">
            <w:r>
              <w:rPr>
                <w:sz w:val="16"/>
              </w:rPr>
              <w:t>Our team will review your profile and contact you regarding account activation, connection setup and the next steps.</w:t>
            </w:r>
          </w:p>
        </w:tc>
      </w:tr>
    </w:tbl>
    <w:p w14:paraId="240FDF45" w14:textId="77777777" w:rsidR="003454AF" w:rsidRDefault="003454AF"/>
    <w:sectPr w:rsidR="003454AF" w:rsidSect="00034616">
      <w:headerReference w:type="default" r:id="rId8"/>
      <w:footerReference w:type="default" r:id="rId9"/>
      <w:pgSz w:w="12240" w:h="15840"/>
      <w:pgMar w:top="648" w:right="893" w:bottom="792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71D3" w14:textId="77777777" w:rsidR="00C10B99" w:rsidRDefault="00C10B99">
      <w:pPr>
        <w:spacing w:after="0" w:line="240" w:lineRule="auto"/>
      </w:pPr>
      <w:r>
        <w:separator/>
      </w:r>
    </w:p>
  </w:endnote>
  <w:endnote w:type="continuationSeparator" w:id="0">
    <w:p w14:paraId="1724A307" w14:textId="77777777" w:rsidR="00C10B99" w:rsidRDefault="00C10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4D34" w14:textId="77777777" w:rsidR="00763593" w:rsidRDefault="007B0C85">
    <w:pPr>
      <w:pStyle w:val="Footer"/>
      <w:jc w:val="center"/>
    </w:pPr>
    <w:r>
      <w:rPr>
        <w:color w:val="6B7D8C"/>
        <w:sz w:val="14"/>
      </w:rPr>
      <w:t xml:space="preserve">GATE </w:t>
    </w:r>
    <w:proofErr w:type="gramStart"/>
    <w:r>
      <w:rPr>
        <w:color w:val="6B7D8C"/>
        <w:sz w:val="14"/>
      </w:rPr>
      <w:t>MAIN  •</w:t>
    </w:r>
    <w:proofErr w:type="gramEnd"/>
    <w:r>
      <w:rPr>
        <w:color w:val="6B7D8C"/>
        <w:sz w:val="14"/>
      </w:rPr>
      <w:t xml:space="preserve">  CLIENT </w:t>
    </w:r>
    <w:proofErr w:type="gramStart"/>
    <w:r>
      <w:rPr>
        <w:color w:val="6B7D8C"/>
        <w:sz w:val="14"/>
      </w:rPr>
      <w:t>ONBOARDING  |</w:t>
    </w:r>
    <w:proofErr w:type="gramEnd"/>
    <w:r>
      <w:rPr>
        <w:color w:val="6B7D8C"/>
        <w:sz w:val="14"/>
      </w:rPr>
      <w:t xml:space="preserve"> 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B1E35" w14:textId="77777777" w:rsidR="00C10B99" w:rsidRDefault="00C10B99">
      <w:pPr>
        <w:spacing w:after="0" w:line="240" w:lineRule="auto"/>
      </w:pPr>
      <w:r>
        <w:separator/>
      </w:r>
    </w:p>
  </w:footnote>
  <w:footnote w:type="continuationSeparator" w:id="0">
    <w:p w14:paraId="6BB2F585" w14:textId="77777777" w:rsidR="00C10B99" w:rsidRDefault="00C10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543B9" w14:textId="77777777" w:rsidR="00763593" w:rsidRDefault="007B0C85">
    <w:pPr>
      <w:pStyle w:val="Header"/>
    </w:pPr>
    <w:r>
      <w:rPr>
        <w:noProof/>
      </w:rPr>
      <w:drawing>
        <wp:inline distT="0" distB="0" distL="0" distR="0" wp14:anchorId="5D319640" wp14:editId="525DFC20">
          <wp:extent cx="2011680" cy="3920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te_main_logo_from_uploaded_for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680" cy="392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8267265">
    <w:abstractNumId w:val="8"/>
  </w:num>
  <w:num w:numId="2" w16cid:durableId="1630235576">
    <w:abstractNumId w:val="6"/>
  </w:num>
  <w:num w:numId="3" w16cid:durableId="51319759">
    <w:abstractNumId w:val="5"/>
  </w:num>
  <w:num w:numId="4" w16cid:durableId="471605508">
    <w:abstractNumId w:val="4"/>
  </w:num>
  <w:num w:numId="5" w16cid:durableId="1396582179">
    <w:abstractNumId w:val="7"/>
  </w:num>
  <w:num w:numId="6" w16cid:durableId="1799839499">
    <w:abstractNumId w:val="3"/>
  </w:num>
  <w:num w:numId="7" w16cid:durableId="320501462">
    <w:abstractNumId w:val="2"/>
  </w:num>
  <w:num w:numId="8" w16cid:durableId="1936817889">
    <w:abstractNumId w:val="1"/>
  </w:num>
  <w:num w:numId="9" w16cid:durableId="193628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E5C"/>
    <w:rsid w:val="00034616"/>
    <w:rsid w:val="0006063C"/>
    <w:rsid w:val="0015074B"/>
    <w:rsid w:val="001845EF"/>
    <w:rsid w:val="002760FF"/>
    <w:rsid w:val="0029639D"/>
    <w:rsid w:val="002E49FD"/>
    <w:rsid w:val="00315601"/>
    <w:rsid w:val="00326F90"/>
    <w:rsid w:val="003454AF"/>
    <w:rsid w:val="00351A4B"/>
    <w:rsid w:val="003663E6"/>
    <w:rsid w:val="003C0ED2"/>
    <w:rsid w:val="00452EF0"/>
    <w:rsid w:val="004850CB"/>
    <w:rsid w:val="004D4D50"/>
    <w:rsid w:val="00601748"/>
    <w:rsid w:val="00656266"/>
    <w:rsid w:val="00665B6B"/>
    <w:rsid w:val="006A7322"/>
    <w:rsid w:val="00716F80"/>
    <w:rsid w:val="00747CF9"/>
    <w:rsid w:val="00763593"/>
    <w:rsid w:val="007A7211"/>
    <w:rsid w:val="007B0C85"/>
    <w:rsid w:val="008013B9"/>
    <w:rsid w:val="00816087"/>
    <w:rsid w:val="00852BBB"/>
    <w:rsid w:val="008836A3"/>
    <w:rsid w:val="00A67B6A"/>
    <w:rsid w:val="00AA1D8D"/>
    <w:rsid w:val="00AA7158"/>
    <w:rsid w:val="00B47730"/>
    <w:rsid w:val="00B518AF"/>
    <w:rsid w:val="00C10B99"/>
    <w:rsid w:val="00C3337C"/>
    <w:rsid w:val="00C41E38"/>
    <w:rsid w:val="00CB0664"/>
    <w:rsid w:val="00D36B11"/>
    <w:rsid w:val="00E334AE"/>
    <w:rsid w:val="00E667AE"/>
    <w:rsid w:val="00ED0FF1"/>
    <w:rsid w:val="00F00BC7"/>
    <w:rsid w:val="00F27806"/>
    <w:rsid w:val="00FA74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62FD9E"/>
  <w14:defaultImageDpi w14:val="300"/>
  <w15:docId w15:val="{E55CA20C-2862-4A29-ADBB-64C1A19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/>
    </w:pPr>
    <w:rPr>
      <w:rFonts w:ascii="Aptos" w:hAnsi="Aptos"/>
      <w:color w:val="263746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5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E96E58-7C8B-4AAE-9CFA-D98BD58E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Gate Main – Client Onboarding Form</vt:lpstr>
    </vt:vector>
  </TitlesOfParts>
  <Manager/>
  <Company/>
  <LinksUpToDate>false</LinksUpToDate>
  <CharactersWithSpaces>3901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Gate Main – Client Onboarding Form</dc:title>
  <dc:subject>Client onboarding – Buyer / Seller / Both and Web / API connection</dc:subject>
  <dc:creator>Gate Main</dc:creator>
  <cp:keywords/>
  <dc:description>generated by python-docx</dc:description>
  <cp:lastModifiedBy>Alex M</cp:lastModifiedBy>
  <cp:revision>87</cp:revision>
  <dcterms:created xsi:type="dcterms:W3CDTF">2026-09-17T16:13:00Z</dcterms:created>
  <dcterms:modified xsi:type="dcterms:W3CDTF">2026-09-18T08:23:00Z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64cde04f-26c5-435b-98f4-de54ad462db1</vt:lpwstr>
  </property>
</Properties>
</file>